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EŞ DURUMU NEDENİYLE YER DEĞİŞTİRME (TAYİN) TALEBİ DİLEKÇESİ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MÜDÜRLÜĞÜNE / BAŞKANLIĞINA</w:t>
      </w:r>
    </w:p>
    <w:p>
      <w:r>
        <w:rPr>
          <w:i/>
          <w:color w:val="666666"/>
          <w:sz w:val="18"/>
        </w:rPr>
        <w:t>Doldururken: Eşinizin görev yerini gösteren belgeyi güncel tarihli alın; SGK hizmet dökümü çoğu kurumda zorunludur.</w:t>
      </w:r>
    </w:p>
    <w:p>
      <w:pPr>
        <w:spacing w:before="200"/>
      </w:pPr>
      <w:r>
        <w:rPr>
          <w:b/>
          <w:color w:val="7C2C22"/>
          <w:sz w:val="20"/>
        </w:rPr>
        <w:t>PERSONEL BİLGİLERİ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Sicil / Kurum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Unvan / Kadro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Görev Yeri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Göreve Başlama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EŞE AİT BİLGİLER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Eşin 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Çalıştığı Kurum / İş Yeri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Unvanı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Görev Yeri (İl / İlçe)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İşe Başlama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Sigorta Türü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DİLEKÇE METNİ</w:t>
      </w:r>
    </w:p>
    <w:p>
      <w:r>
        <w:t>Kurumunuzda ................................. unvanıyla görev yapmaktayım.</w:t>
      </w:r>
    </w:p>
    <w:p>
      <w:r>
        <w:t>Eşim ................................., ................................. kurumunda / iş yerinde ................................. ilinde görev yapmaktadır. Hâlihazırda eşimden ayrı illerde görev yaptığımız için aile birliğimiz fiilen sağlanamamaktadır.</w:t>
      </w:r>
    </w:p>
    <w:p>
      <w:r>
        <w:t>Bu nedenle, aile birliği mazeretine bağlı yer değiştirme hükümleri uyarınca ................................. iline/ilçesine eş durumundan naklen atanmam hususunda gereğini arz ederim.</w:t>
      </w:r>
    </w:p>
    <w:p>
      <w:pPr>
        <w:spacing w:before="200"/>
      </w:pPr>
      <w:r>
        <w:rPr>
          <w:b/>
          <w:color w:val="7C2C22"/>
          <w:sz w:val="20"/>
        </w:rPr>
        <w:t>EKLER</w:t>
      </w:r>
    </w:p>
    <w:p>
      <w:pPr>
        <w:pStyle w:val="ListBullet"/>
      </w:pPr>
      <w:r>
        <w:t>Evlilik cüzdanı fotokopisi veya vukuatlı nüfus kayıt örneği</w:t>
      </w:r>
    </w:p>
    <w:p>
      <w:pPr>
        <w:pStyle w:val="ListBullet"/>
      </w:pPr>
      <w:r>
        <w:t>Eşin görev yerini gösterir güncel belge (kurum yazısı)</w:t>
      </w:r>
    </w:p>
    <w:p>
      <w:pPr>
        <w:pStyle w:val="ListBullet"/>
      </w:pPr>
      <w:r>
        <w:t>Eşe ait SGK hizmet dökümü / işyeri sicil bilgisi</w:t>
      </w:r>
    </w:p>
    <w:p>
      <w:pPr>
        <w:pStyle w:val="ListBullet"/>
      </w:pPr>
      <w:r>
        <w:t>Eşin özel sektörde çalışması hâlinde son 3 aylık prim gün sayısını gösterir belge</w:t>
      </w:r>
    </w:p>
    <w:p>
      <w:pPr>
        <w:pStyle w:val="ListBullet"/>
      </w:pPr>
      <w:r>
        <w:t>Varsa çocukların öğrenim durumu belgesi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TALEP EDEN PERSONEL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