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MİLLİ EĞİTİM MÜDÜRLÜĞÜ'NE DİLEKÇE</w:t>
      </w:r>
    </w:p>
    <w:p>
      <w:r>
        <w:rPr>
          <w:sz w:val="19"/>
        </w:rPr>
        <w:t>Düzenlendiği Yer: __________________          Tarih: ___ / ___ / ______</w:t>
      </w:r>
    </w:p>
    <w:p>
      <w:pPr>
        <w:jc w:val="center"/>
      </w:pPr>
      <w:r>
        <w:rPr>
          <w:b/>
        </w:rPr>
        <w:t>.................................. İL / İLÇE MİLLİ EĞİTİM MÜDÜRLÜĞÜ'NE</w:t>
      </w:r>
    </w:p>
    <w:p>
      <w:r>
        <w:rPr>
          <w:i/>
          <w:color w:val="666666"/>
          <w:sz w:val="18"/>
        </w:rPr>
        <w:t>Doldururken: Makam satırında il mi ilçe mi olduğunu netleştirin. Konu satırını tek cümleyle, talebi özetleyecek şekilde yazın.</w:t>
      </w:r>
    </w:p>
    <w:p>
      <w:pPr>
        <w:spacing w:before="200"/>
      </w:pPr>
      <w:r>
        <w:rPr>
          <w:b/>
          <w:color w:val="7C2C22"/>
          <w:sz w:val="20"/>
        </w:rPr>
        <w:t>BAŞVURU SAHİBİ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Sıfatı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Kurum / Okul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E-posta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TALEP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Konu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İlgili Öğrenci / Personel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İlgili Okul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Talep Türü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DİLEKÇE METNİ</w:t>
      </w:r>
    </w:p>
    <w:p>
      <w:r>
        <w:t>Yukarıda kimlik bilgileri yazılı ................................. sıfatıyla başvuruda bulunuyorum.</w:t>
      </w:r>
    </w:p>
    <w:p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(olayı veya talebi tarih ve yer belirterek, kronolojik ve yorumsuz biçimde açıklayın).</w:t>
      </w:r>
    </w:p>
    <w:p>
      <w:r>
        <w:t>Yukarıda açıkladığım gerekçelerle .................................................................................. konusunda gereğinin yapılmasını talep ediyorum.</w:t>
      </w:r>
    </w:p>
    <w:p>
      <w:r>
        <w:t>Gereğini bilgilerinize arz ederim.</w:t>
      </w:r>
    </w:p>
    <w:p>
      <w:pPr>
        <w:spacing w:before="200"/>
      </w:pPr>
      <w:r>
        <w:rPr>
          <w:b/>
          <w:color w:val="7C2C22"/>
          <w:sz w:val="20"/>
        </w:rPr>
        <w:t>SIK KULLANILAN TALEP KALIPLARI</w:t>
      </w:r>
    </w:p>
    <w:p>
      <w:pPr>
        <w:pStyle w:val="ListBullet"/>
      </w:pPr>
      <w:r>
        <w:t>Öğrenci nakli: "Velisi bulunduğum ......... adlı öğrencinin ......... Okulundan ......... Okuluna nakil işleminin yapılmasını talep ediyorum."</w:t>
      </w:r>
    </w:p>
    <w:p>
      <w:pPr>
        <w:pStyle w:val="ListBullet"/>
      </w:pPr>
      <w:r>
        <w:t>Belge talebi: "......... tarihinde ......... okulundan mezun oldum. Diploma kayıt örneğimin tarafıma verilmesini talep ediyorum."</w:t>
      </w:r>
    </w:p>
    <w:p>
      <w:pPr>
        <w:pStyle w:val="ListBullet"/>
      </w:pPr>
      <w:r>
        <w:t>İzin talebi: "......... tarihleri arasında ......... mazeretim nedeniyle izin verilmesini talep ediyorum."</w:t>
      </w:r>
    </w:p>
    <w:p>
      <w:pPr>
        <w:pStyle w:val="ListBullet"/>
      </w:pPr>
      <w:r>
        <w:t>Şikayet: "......... Okulunda ......... tarihinde meydana gelen ......... olayının incelenmesini talep ediyorum."</w:t>
      </w:r>
    </w:p>
    <w:p>
      <w:pPr>
        <w:spacing w:before="200"/>
      </w:pPr>
      <w:r>
        <w:rPr>
          <w:b/>
          <w:color w:val="7C2C22"/>
          <w:sz w:val="20"/>
        </w:rPr>
        <w:t>EKLER</w:t>
      </w:r>
    </w:p>
    <w:p>
      <w:pPr>
        <w:pStyle w:val="ListBullet"/>
      </w:pPr>
      <w:r>
        <w:t>Kimlik fotokopisi</w:t>
      </w:r>
    </w:p>
    <w:p>
      <w:pPr>
        <w:pStyle w:val="ListBullet"/>
      </w:pPr>
      <w:r>
        <w:t>Öğrenci belgesi / görev belgesi</w:t>
      </w:r>
    </w:p>
    <w:p>
      <w:pPr>
        <w:pStyle w:val="ListBullet"/>
      </w:pPr>
      <w:r>
        <w:t>Talebi destekleyen belgeler (rapor, tutanak, yazışma)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</w:tcPr>
          <w:p>
            <w:r>
              <w:rPr>
                <w:b/>
              </w:rPr>
              <w:t>BAŞVURU SAHİBİ</w:t>
            </w:r>
          </w:p>
        </w:tc>
      </w:tr>
      <w:tr>
        <w:tc>
          <w:tcPr>
            <w:tcW w:type="dxa" w:w="9412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