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CUMHURİYET BAŞSAVCILIĞI'NA SUÇ DUYURUSU DİLEKÇESİ</w:t>
      </w:r>
    </w:p>
    <w:p>
      <w:r>
        <w:rPr>
          <w:sz w:val="19"/>
        </w:rPr>
        <w:t>Düzenlendiği Yer: __________________          Tarih: ___ / ___ / ______</w:t>
      </w:r>
    </w:p>
    <w:p>
      <w:pPr>
        <w:jc w:val="center"/>
      </w:pPr>
      <w:r>
        <w:rPr>
          <w:b/>
        </w:rPr>
        <w:t>.................................. CUMHURİYET BAŞSAVCILIĞI'NA</w:t>
      </w:r>
    </w:p>
    <w:p>
      <w:r>
        <w:rPr>
          <w:i/>
          <w:color w:val="666666"/>
          <w:sz w:val="18"/>
        </w:rPr>
        <w:t>Doldururken: Şüphelinin kimliğini bilmiyorsanız "şüpheli: tespit edilecek" yazın ve tarif edici bilgileri (iş yeri, araç plakası, hesap adı) olay bölümünde verin.</w:t>
      </w:r>
    </w:p>
    <w:p>
      <w:pPr>
        <w:spacing w:before="200"/>
      </w:pPr>
      <w:r>
        <w:rPr>
          <w:b/>
          <w:color w:val="7C2C22"/>
          <w:sz w:val="20"/>
        </w:rPr>
        <w:t>MÜŞTEKİ (ŞİKAYETÇİ)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T.C. Kimlik No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Telefon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Vekili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ŞÜPHELİ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Adı Soyadı / Unvanı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Bilinen Adresi / İş Yeri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Tanıtıcı Bilgiler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SUÇ VE OLAY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Suç Tarihi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Suç Yeri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Şikayete Konu Suç</w:t>
            </w:r>
          </w:p>
        </w:tc>
        <w:tc>
          <w:tcPr>
            <w:tcW w:type="dxa" w:w="4706"/>
          </w:tcPr>
          <w:p>
            <w:r/>
          </w:p>
        </w:tc>
      </w:tr>
      <w:tr>
        <w:tc>
          <w:tcPr>
            <w:tcW w:type="dxa" w:w="4706"/>
            <w:shd w:val="clear" w:color="auto" w:fill="F3F1EC"/>
          </w:tcPr>
          <w:p>
            <w:r>
              <w:rPr>
                <w:b/>
              </w:rPr>
              <w:t>Öğrenme Tarihi</w:t>
            </w:r>
          </w:p>
        </w:tc>
        <w:tc>
          <w:tcPr>
            <w:tcW w:type="dxa" w:w="4706"/>
          </w:tcPr>
          <w:p>
            <w:r/>
          </w:p>
        </w:tc>
      </w:tr>
    </w:tbl>
    <w:p/>
    <w:p>
      <w:pPr>
        <w:spacing w:before="200"/>
      </w:pPr>
      <w:r>
        <w:rPr>
          <w:b/>
          <w:color w:val="7C2C22"/>
          <w:sz w:val="20"/>
        </w:rPr>
        <w:t>AÇIKLAMALAR</w:t>
      </w:r>
    </w:p>
    <w:p>
      <w:r>
        <w:t>1) ................................................................................................................................................................................................................................ (olayın nasıl başladığını tarih vererek anlatın).</w:t>
      </w:r>
    </w:p>
    <w:p>
      <w:r>
        <w:t>2) ................................................................................................................................................................................................................................ (olay sırasında ne yaşandığını, kimlerin bulunduğunu yazın).</w:t>
      </w:r>
    </w:p>
    <w:p>
      <w:r>
        <w:t>3) ................................................................................................................................................................................................................................ (uğradığınız zararı somut olarak belirtin: tutar, kayıp, yaralanma).</w:t>
      </w:r>
    </w:p>
    <w:p>
      <w:pPr>
        <w:spacing w:before="200"/>
      </w:pPr>
      <w:r>
        <w:rPr>
          <w:b/>
          <w:color w:val="7C2C22"/>
          <w:sz w:val="20"/>
        </w:rPr>
        <w:t>DELİLLER</w:t>
      </w:r>
    </w:p>
    <w:p>
      <w:pPr>
        <w:pStyle w:val="ListBullet"/>
      </w:pPr>
      <w:r>
        <w:t>Tanık: ......................... (ad soyad, telefon)</w:t>
      </w:r>
    </w:p>
    <w:p>
      <w:pPr>
        <w:pStyle w:val="ListBullet"/>
      </w:pPr>
      <w:r>
        <w:t>Banka dekontu / hesap ekstresi</w:t>
      </w:r>
    </w:p>
    <w:p>
      <w:pPr>
        <w:pStyle w:val="ListBullet"/>
      </w:pPr>
      <w:r>
        <w:t>Mesaj, e-posta, sosyal medya ekran görüntüleri</w:t>
      </w:r>
    </w:p>
    <w:p>
      <w:pPr>
        <w:pStyle w:val="ListBullet"/>
      </w:pPr>
      <w:r>
        <w:t>Kamera kaydı (yer ve tarih belirtilerek)</w:t>
      </w:r>
    </w:p>
    <w:p>
      <w:pPr>
        <w:pStyle w:val="ListBullet"/>
      </w:pPr>
      <w:r>
        <w:t>Doktor raporu / darp raporu</w:t>
      </w:r>
    </w:p>
    <w:p>
      <w:pPr>
        <w:pStyle w:val="ListBullet"/>
      </w:pPr>
      <w:r>
        <w:t>HTS kayıtları ve sair yasal delil</w:t>
      </w:r>
    </w:p>
    <w:p>
      <w:pPr>
        <w:spacing w:before="200"/>
      </w:pPr>
      <w:r>
        <w:rPr>
          <w:b/>
          <w:color w:val="7C2C22"/>
          <w:sz w:val="20"/>
        </w:rPr>
        <w:t>TALEP</w:t>
      </w:r>
    </w:p>
    <w:p>
      <w:r>
        <w:t>Yukarıda açıkladığım nedenlerle şüpheli hakkında soruşturma başlatılmasını, eylemine uyan suçtan kamu davası açılmasını ve cezalandırılmasını talep ediyorum. Ayrıca delillerin karartılmaması için gerekli tedbirlerin alınmasını arz ederim.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</w:tcPr>
          <w:p>
            <w:r>
              <w:rPr>
                <w:b/>
              </w:rPr>
              <w:t>MÜŞTEKİ</w:t>
            </w:r>
          </w:p>
        </w:tc>
      </w:tr>
      <w:tr>
        <w:tc>
          <w:tcPr>
            <w:tcW w:type="dxa" w:w="9412"/>
          </w:tcPr>
          <w:p>
            <w:r>
              <w:br/>
              <w:t>Ad Soyad / İmza</w:t>
              <w:br/>
              <w:t>____________________</w:t>
            </w:r>
          </w:p>
        </w:tc>
      </w:tr>
    </w:tbl>
    <w:p/>
    <w:p>
      <w:r>
        <w:rPr>
          <w:color w:val="888888"/>
          <w:sz w:val="16"/>
        </w:rPr>
        <w:t>Bu şablon formatlar.com tarafından hazırlanmıştır · Genel bilgilendirme amaçlıdır, hukuki danışmanlık yerine geçmez.</w:t>
      </w:r>
    </w:p>
    <w:sectPr w:rsidR="00FC693F" w:rsidRPr="0006063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