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UZAKLAŞTIRMA (KORUYUCU TEDBİR) KARARI TALEBİ DİLEKÇESİ</w:t>
      </w:r>
    </w:p>
    <w:p>
      <w:r>
        <w:rPr>
          <w:sz w:val="19"/>
        </w:rPr>
        <w:t>Düzenlendiği Yer: __________________          Tarih: ___ / ___ / ______</w:t>
      </w:r>
    </w:p>
    <w:p>
      <w:pPr>
        <w:jc w:val="center"/>
      </w:pPr>
      <w:r>
        <w:rPr>
          <w:b/>
        </w:rPr>
        <w:t>.................................. NÖBETÇİ AİLE MAHKEMESİ HÂKİMLİĞİ'NE</w:t>
      </w:r>
    </w:p>
    <w:p>
      <w:r>
        <w:rPr>
          <w:i/>
          <w:color w:val="666666"/>
          <w:sz w:val="18"/>
        </w:rPr>
        <w:t>Doldururken: Talep ettiğiniz tedbirleri işaretleyin; hangi tedbirin neden gerekli olduğunu olay bölümünde kısaca açıklayın.</w:t>
      </w:r>
    </w:p>
    <w:p>
      <w:pPr>
        <w:spacing w:before="200"/>
      </w:pPr>
      <w:r>
        <w:rPr>
          <w:b/>
          <w:color w:val="7C2C22"/>
          <w:sz w:val="20"/>
        </w:rPr>
        <w:t>TALEP EDEN (KORUNAN KİŞİ)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Telefon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Birlikte Korunması İstenen Kişiler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HAKKINDA TEDBİR İSTENEN KİŞİ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Yakınlık Derecesi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İş Yeri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Silah Ruhsatı / Silah Bulundurma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OLAYLAR</w:t>
      </w:r>
    </w:p>
    <w:p>
      <w:r>
        <w:t>1) ................................................................................................................................................................................................................................ (ilk olayın tarihi, yeri ve ne yaşandığı).</w:t>
      </w:r>
    </w:p>
    <w:p>
      <w:r>
        <w:t>2) ................................................................................................................................................................................................................................ (tekrar eden davranışlar, tehdit ve mesajlar).</w:t>
      </w:r>
    </w:p>
    <w:p>
      <w:r>
        <w:t>3) ................................................................................................................................................................................................................................ (son olay ve hâlihazırdaki tehlike).</w:t>
      </w:r>
    </w:p>
    <w:p>
      <w:pPr>
        <w:spacing w:before="200"/>
      </w:pPr>
      <w:r>
        <w:rPr>
          <w:b/>
          <w:color w:val="7C2C22"/>
          <w:sz w:val="20"/>
        </w:rPr>
        <w:t>TALEP EDİLEN TEDBİRLER</w:t>
      </w:r>
    </w:p>
    <w:p>
      <w:pPr>
        <w:pStyle w:val="ListBullet"/>
      </w:pPr>
      <w:r>
        <w:t>Şiddet tehdidi, hakaret, aşağılama veya küçük düşürmeyi içeren söz ve davranışlarda bulunmaması</w:t>
      </w:r>
    </w:p>
    <w:p>
      <w:pPr>
        <w:pStyle w:val="ListBullet"/>
      </w:pPr>
      <w:r>
        <w:t>Müşterek konuttan veya bulunduğu yerden derhâl uzaklaştırılması, konutun tarafıma tahsisi</w:t>
      </w:r>
    </w:p>
    <w:p>
      <w:pPr>
        <w:pStyle w:val="ListBullet"/>
      </w:pPr>
      <w:r>
        <w:t>Korunan kişilere, bulundukları konuta, okula ve iş yerine yaklaşmaması</w:t>
      </w:r>
    </w:p>
    <w:p>
      <w:pPr>
        <w:pStyle w:val="ListBullet"/>
      </w:pPr>
      <w:r>
        <w:t>İletişim araçlarıyla veya sair surette rahatsız etmemesi</w:t>
      </w:r>
    </w:p>
    <w:p>
      <w:pPr>
        <w:pStyle w:val="ListBullet"/>
      </w:pPr>
      <w:r>
        <w:t>Varsa silahının kolluğa teslimi</w:t>
      </w:r>
    </w:p>
    <w:p>
      <w:pPr>
        <w:pStyle w:val="ListBullet"/>
      </w:pPr>
      <w:r>
        <w:t>Çocuklarla kişisel ilişkinin refakatçi eşliğinde kurulması veya sınırlandırılması</w:t>
      </w:r>
    </w:p>
    <w:p>
      <w:pPr>
        <w:pStyle w:val="ListBullet"/>
      </w:pPr>
      <w:r>
        <w:t>Tarafıma ve çocuklarıma geçici koruma / kimlik bilgilerinin gizlenmesi</w:t>
      </w:r>
    </w:p>
    <w:p>
      <w:pPr>
        <w:pStyle w:val="ListBullet"/>
      </w:pPr>
      <w:r>
        <w:t>Gerekiyorsa geçici nafakaya hükmedilmesi</w:t>
      </w:r>
    </w:p>
    <w:p>
      <w:pPr>
        <w:spacing w:before="200"/>
      </w:pPr>
      <w:r>
        <w:rPr>
          <w:b/>
          <w:color w:val="7C2C22"/>
          <w:sz w:val="20"/>
        </w:rPr>
        <w:t>SONUÇ VE İSTEM</w:t>
      </w:r>
    </w:p>
    <w:p>
      <w:r>
        <w:t>Yukarıda açıkladığım nedenlerle, hakkımda ve birlikte yaşadığım çocuklarım hakkında 6284 sayılı Kanun kapsamında yukarıda işaretlediğim koruyucu ve önleyici tedbirlere karar verilmesini, kararın ivedilikle uygulanmasını saygıyla talep ederim.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</w:tcPr>
          <w:p>
            <w:r>
              <w:rPr>
                <w:b/>
              </w:rPr>
              <w:t>TALEP EDEN</w:t>
            </w:r>
          </w:p>
        </w:tc>
      </w:tr>
      <w:tr>
        <w:tc>
          <w:tcPr>
            <w:tcW w:type="dxa" w:w="9412"/>
          </w:tcPr>
          <w:p>
            <w:r>
              <w:br/>
              <w:t>Ad Soyad / İmza</w:t>
              <w:br/>
              <w:t>____________________</w:t>
            </w:r>
          </w:p>
        </w:tc>
      </w:tr>
    </w:tbl>
    <w:p/>
    <w:p>
      <w:r>
        <w:rPr>
          <w:color w:val="888888"/>
          <w:sz w:val="16"/>
        </w:rPr>
        <w:t>Bu şablon formatlar.com tarafından hazırlanmıştır · Genel bilgilendirme amaçlıdır, hukuki danışmanlık yerine geçmez.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